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Time off request form</w:t>
      </w:r>
    </w:p>
    <w:p>
      <w:r>
        <w:t>Replace the bracketed prompts, save a copy and send it to your reviewer. A completed request is not an approval.</w:t>
      </w:r>
    </w:p>
    <w:p>
      <w:pPr>
        <w:pStyle w:val="Heading1"/>
      </w:pPr>
      <w:r>
        <w:t>Request details</w:t>
      </w:r>
    </w:p>
    <w:p>
      <w:r>
        <w:rPr>
          <w:b/>
        </w:rPr>
        <w:t xml:space="preserve">Employee: </w:t>
      </w:r>
      <w:r>
        <w:t>[Name]</w:t>
      </w:r>
    </w:p>
    <w:p>
      <w:r>
        <w:rPr>
          <w:b/>
        </w:rPr>
        <w:t xml:space="preserve">Team: </w:t>
      </w:r>
      <w:r>
        <w:t>[Team name]</w:t>
      </w:r>
    </w:p>
    <w:p>
      <w:r>
        <w:rPr>
          <w:b/>
        </w:rPr>
        <w:t xml:space="preserve">Submitted on: </w:t>
      </w:r>
      <w:r>
        <w:t>[Date]</w:t>
      </w:r>
    </w:p>
    <w:p>
      <w:r>
        <w:rPr>
          <w:b/>
        </w:rPr>
        <w:t xml:space="preserve">Leave type: </w:t>
      </w:r>
      <w:r>
        <w:t>[Your team’s category]</w:t>
      </w:r>
    </w:p>
    <w:p>
      <w:r>
        <w:rPr>
          <w:b/>
        </w:rPr>
        <w:t xml:space="preserve">First and last day away: </w:t>
      </w:r>
      <w:r>
        <w:t>[Dates, inclusive]</w:t>
      </w:r>
    </w:p>
    <w:p>
      <w:r>
        <w:rPr>
          <w:b/>
        </w:rPr>
        <w:t xml:space="preserve">Expected return: </w:t>
      </w:r>
      <w:r>
        <w:t>[Date]</w:t>
      </w:r>
    </w:p>
    <w:p>
      <w:r>
        <w:rPr>
          <w:b/>
        </w:rPr>
        <w:t xml:space="preserve">Partial days or working hours affected: </w:t>
      </w:r>
      <w:r>
        <w:t>[Dates and hours, or not applicable]</w:t>
      </w:r>
    </w:p>
    <w:p>
      <w:pPr>
        <w:pStyle w:val="Heading1"/>
      </w:pPr>
      <w:r>
        <w:t>Coverage and handoff</w:t>
      </w:r>
    </w:p>
    <w:p>
      <w:r>
        <w:rPr>
          <w:b/>
        </w:rPr>
        <w:t xml:space="preserve">Work needing attention: </w:t>
      </w:r>
      <w:r>
        <w:t>[Tasks and deadlines]</w:t>
      </w:r>
    </w:p>
    <w:p>
      <w:r>
        <w:rPr>
          <w:b/>
        </w:rPr>
        <w:t xml:space="preserve">Agreed covering owners: </w:t>
      </w:r>
      <w:r>
        <w:t>[Names and responsibilities]</w:t>
      </w:r>
    </w:p>
    <w:p>
      <w:r>
        <w:rPr>
          <w:b/>
        </w:rPr>
        <w:t xml:space="preserve">Handoff document: </w:t>
      </w:r>
      <w:r>
        <w:t>[Link or location]</w:t>
      </w:r>
    </w:p>
    <w:p>
      <w:r>
        <w:rPr>
          <w:b/>
        </w:rPr>
        <w:t xml:space="preserve">Work that can wait: </w:t>
      </w:r>
      <w:r>
        <w:t>[Tasks to resume after returning]</w:t>
      </w:r>
    </w:p>
    <w:p>
      <w:pPr>
        <w:pStyle w:val="Heading1"/>
      </w:pPr>
      <w:r>
        <w:t>Reviewer decision</w:t>
      </w:r>
    </w:p>
    <w:p>
      <w:r>
        <w:rPr>
          <w:b/>
        </w:rPr>
        <w:t xml:space="preserve">Status: </w:t>
      </w:r>
      <w:r>
        <w:t>[Pending / Approved / Declined / Discuss dates]</w:t>
      </w:r>
    </w:p>
    <w:p>
      <w:r>
        <w:rPr>
          <w:b/>
        </w:rPr>
        <w:t xml:space="preserve">Reviewed by and decision date: </w:t>
      </w:r>
      <w:r>
        <w:t>[Name and date]</w:t>
      </w:r>
    </w:p>
    <w:p>
      <w:r>
        <w:rPr>
          <w:b/>
        </w:rPr>
        <w:t xml:space="preserve">Confirmed dates: </w:t>
      </w:r>
      <w:r>
        <w:t>[Dates or not yet confirmed]</w:t>
      </w:r>
    </w:p>
    <w:p>
      <w:r>
        <w:rPr>
          <w:b/>
        </w:rPr>
        <w:t xml:space="preserve">Coverage actions to resolve: </w:t>
      </w:r>
      <w:r>
        <w:t>[Actions and owners, or none]</w:t>
      </w:r>
    </w:p>
    <w:p>
      <w:pPr>
        <w:spacing w:before="200"/>
      </w:pPr>
      <w:r>
        <w:rPr>
          <w:sz w:val="18"/>
        </w:rPr>
        <w:t>After approval, confirm coverage and update the shared schedule. Follow your organization’s separate process for unexpected absences or confidential documentation. Keep medical details out of shared coverage notes.</w:t>
      </w:r>
    </w:p>
    <w:p>
      <w:r>
        <w:rPr>
          <w:sz w:val="18"/>
        </w:rPr>
        <w:t>Free template from Ample · ampletime.ai/time-off-request-form/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2" w:lineRule="auto"/>
    </w:pPr>
    <w:rPr>
      <w:rFonts w:ascii="Arial" w:hAnsi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111111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111111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Time off request form</dc:title>
  <dc:subject>Editable planned leave request and review</dc:subject>
  <dc:creator>Ample</dc:creator>
  <cp:keywords/>
  <dc:description>generated by python-docx</dc:description>
  <cp:lastModifiedBy>Ample</cp:lastModifiedBy>
  <cp:revision>1</cp:revision>
  <dcterms:created xsi:type="dcterms:W3CDTF">2013-12-23T23:15:00Z</dcterms:created>
  <dcterms:modified xsi:type="dcterms:W3CDTF">2013-12-23T23:15:00Z</dcterms:modified>
  <cp:category/>
</cp:coreProperties>
</file>