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Vacation handoff template</w:t>
      </w:r>
    </w:p>
    <w:p>
      <w:r>
        <w:t>Replace the bracketed prompts and share this plan with the teammates covering your work. Confirm their agreement and access before you leave. Duplicate the work item page for each responsibility that needs attention.</w:t>
      </w:r>
    </w:p>
    <w:p>
      <w:pPr>
        <w:pStyle w:val="Heading1"/>
      </w:pPr>
      <w:r>
        <w:t>Away and return details</w:t>
      </w:r>
    </w:p>
    <w:p>
      <w:r>
        <w:rPr>
          <w:b/>
        </w:rPr>
        <w:t xml:space="preserve">Owner: </w:t>
      </w:r>
      <w:r>
        <w:t>[Name and team]</w:t>
      </w:r>
    </w:p>
    <w:p>
      <w:r>
        <w:rPr>
          <w:b/>
        </w:rPr>
        <w:t xml:space="preserve">Away from and through: </w:t>
      </w:r>
      <w:r>
        <w:t>[First and last date away]</w:t>
      </w:r>
    </w:p>
    <w:p>
      <w:r>
        <w:rPr>
          <w:b/>
        </w:rPr>
        <w:t xml:space="preserve">Returning: </w:t>
      </w:r>
      <w:r>
        <w:t>[Date, time and time zone]</w:t>
      </w:r>
    </w:p>
    <w:p>
      <w:r>
        <w:rPr>
          <w:b/>
        </w:rPr>
        <w:t xml:space="preserve">Availability while away: </w:t>
      </w:r>
      <w:r>
        <w:t>[Whether you will monitor messages; when, if at all]</w:t>
      </w:r>
    </w:p>
    <w:p>
      <w:r>
        <w:rPr>
          <w:b/>
        </w:rPr>
        <w:t xml:space="preserve">Handoff location: </w:t>
      </w:r>
      <w:r>
        <w:t>[Link to this shared document]</w:t>
      </w:r>
    </w:p>
    <w:p>
      <w:pPr>
        <w:pStyle w:val="Heading1"/>
      </w:pPr>
      <w:r>
        <w:t>Work that can wait</w:t>
      </w:r>
    </w:p>
    <w:p>
      <w:r>
        <w:rPr>
          <w:b/>
        </w:rPr>
        <w:t xml:space="preserve">Paused work: </w:t>
      </w:r>
      <w:r>
        <w:t>[Item, why it can wait and planned restart date]</w:t>
      </w:r>
    </w:p>
    <w:p>
      <w:pPr>
        <w:pStyle w:val="Heading1"/>
      </w:pPr>
      <w:r>
        <w:t>Before leaving</w:t>
      </w:r>
    </w:p>
    <w:p>
      <w:r>
        <w:rPr>
          <w:b/>
        </w:rPr>
        <w:t xml:space="preserve">Covering owners: </w:t>
      </w:r>
      <w:r>
        <w:t>[Who agreed to each responsibility and any remaining gaps]</w:t>
      </w:r>
    </w:p>
    <w:p>
      <w:r>
        <w:rPr>
          <w:b/>
        </w:rPr>
        <w:t xml:space="preserve">Access checked: </w:t>
      </w:r>
      <w:r>
        <w:t>[Confirm owners can open documents and use required systems]</w:t>
      </w:r>
    </w:p>
    <w:p>
      <w:r>
        <w:rPr>
          <w:b/>
        </w:rPr>
        <w:t xml:space="preserve">Deadlines and decisions: </w:t>
      </w:r>
      <w:r>
        <w:t>[Confirm deadlines, time zones and escalation rules]</w:t>
      </w:r>
    </w:p>
    <w:p>
      <w:r>
        <w:rPr>
          <w:b/>
        </w:rPr>
        <w:t xml:space="preserve">Shared schedule: </w:t>
      </w:r>
      <w:r>
        <w:t>[Link the handoff beside your leave dates]</w:t>
      </w:r>
    </w:p>
    <w:p>
      <w:pPr>
        <w:pStyle w:val="Heading1"/>
      </w:pPr>
      <w:r>
        <w:t>When you return</w:t>
      </w:r>
    </w:p>
    <w:p>
      <w:r>
        <w:rPr>
          <w:b/>
        </w:rPr>
        <w:t xml:space="preserve">Updates to review: </w:t>
      </w:r>
      <w:r>
        <w:t>[Where decisions and open items will be recorded]</w:t>
      </w:r>
    </w:p>
    <w:p>
      <w:r>
        <w:rPr>
          <w:b/>
        </w:rPr>
        <w:t xml:space="preserve">First check in: </w:t>
      </w:r>
      <w:r>
        <w:t>[Date, time, time zone and attendees]</w:t>
      </w:r>
    </w:p>
    <w:p>
      <w:r>
        <w:rPr>
          <w:sz w:val="18"/>
        </w:rPr>
        <w:t>Keep passwords and private employee or customer details out of this document. Use your usual approved access-sharing process.</w:t>
      </w:r>
    </w:p>
    <w:p>
      <w:r>
        <w:br w:type="page"/>
      </w:r>
    </w:p>
    <w:p>
      <w:pPr>
        <w:pStyle w:val="Title"/>
      </w:pPr>
      <w:r>
        <w:t>Work item handover</w:t>
      </w:r>
    </w:p>
    <w:p>
      <w:r>
        <w:t>Copy this page for each active responsibility. Give the covering teammate a specific next action and enough context to act without waiting for your return.</w:t>
      </w:r>
    </w:p>
    <w:p>
      <w:pPr>
        <w:pStyle w:val="Heading1"/>
      </w:pPr>
      <w:r>
        <w:t>What needs to happen</w:t>
      </w:r>
    </w:p>
    <w:p>
      <w:r>
        <w:rPr>
          <w:b/>
        </w:rPr>
        <w:t xml:space="preserve">Work item: </w:t>
      </w:r>
      <w:r>
        <w:t>[Name of task, project or recurring responsibility]</w:t>
      </w:r>
    </w:p>
    <w:p>
      <w:r>
        <w:rPr>
          <w:b/>
        </w:rPr>
        <w:t xml:space="preserve">Current status: </w:t>
      </w:r>
      <w:r>
        <w:t>[What is complete, what is pending and any dependency]</w:t>
      </w:r>
    </w:p>
    <w:p>
      <w:r>
        <w:rPr>
          <w:b/>
        </w:rPr>
        <w:t xml:space="preserve">Next action: </w:t>
      </w:r>
      <w:r>
        <w:t>[The next concrete step]</w:t>
      </w:r>
    </w:p>
    <w:p>
      <w:r>
        <w:rPr>
          <w:b/>
        </w:rPr>
        <w:t xml:space="preserve">Deadline or cadence: </w:t>
      </w:r>
      <w:r>
        <w:t>[Date, time and time zone, or recurring schedule]</w:t>
      </w:r>
    </w:p>
    <w:p>
      <w:r>
        <w:rPr>
          <w:b/>
        </w:rPr>
        <w:t xml:space="preserve">Covering owner: </w:t>
      </w:r>
      <w:r>
        <w:t>[Name and confirmation they have agreed]</w:t>
      </w:r>
    </w:p>
    <w:p>
      <w:r>
        <w:rPr>
          <w:b/>
        </w:rPr>
        <w:t xml:space="preserve">Documents and systems: </w:t>
      </w:r>
      <w:r>
        <w:t>[Links and locations; confirm access works]</w:t>
      </w:r>
    </w:p>
    <w:p>
      <w:pPr>
        <w:pStyle w:val="Heading1"/>
      </w:pPr>
      <w:r>
        <w:t>If something goes wrong</w:t>
      </w:r>
    </w:p>
    <w:p>
      <w:r>
        <w:rPr>
          <w:b/>
        </w:rPr>
        <w:t xml:space="preserve">Escalation threshold: </w:t>
      </w:r>
      <w:r>
        <w:t>[The specific situation that needs a decision]</w:t>
      </w:r>
    </w:p>
    <w:p>
      <w:r>
        <w:rPr>
          <w:b/>
        </w:rPr>
        <w:t xml:space="preserve">First contact: </w:t>
      </w:r>
      <w:r>
        <w:t>[Decision-maker and contact channel]</w:t>
      </w:r>
    </w:p>
    <w:p>
      <w:r>
        <w:rPr>
          <w:b/>
        </w:rPr>
        <w:t xml:space="preserve">Backup contact: </w:t>
      </w:r>
      <w:r>
        <w:t>[Who can decide if the first contact is unavailable]</w:t>
      </w:r>
    </w:p>
    <w:p>
      <w:r>
        <w:rPr>
          <w:b/>
        </w:rPr>
        <w:t xml:space="preserve">Immediate action: </w:t>
      </w:r>
      <w:r>
        <w:t>[What to pause or do while waiting for a decision]</w:t>
      </w:r>
    </w:p>
    <w:p>
      <w:pPr>
        <w:pStyle w:val="Heading1"/>
      </w:pPr>
      <w:r>
        <w:t>Notes for your return</w:t>
      </w:r>
    </w:p>
    <w:p>
      <w:r>
        <w:rPr>
          <w:b/>
        </w:rPr>
        <w:t xml:space="preserve">Decisions and progress: </w:t>
      </w:r>
      <w:r>
        <w:t>[Dated notes, outcomes and links]</w:t>
      </w:r>
    </w:p>
    <w:p>
      <w:r>
        <w:rPr>
          <w:b/>
        </w:rPr>
        <w:t xml:space="preserve">Open items: </w:t>
      </w:r>
      <w:r>
        <w:t>[Remaining work, next owner and deadline]</w:t>
      </w:r>
    </w:p>
    <w:p>
      <w:r>
        <w:rPr>
          <w:sz w:val="18"/>
        </w:rPr>
        <w:t>Free template from Ample · ampletime.ai/vacation-handoff-template/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Vacation handoff template</dc:title>
  <dc:subject>Editable vacation handover overview and work item</dc:subject>
  <dc:creator>Ample</dc:creator>
  <cp:keywords/>
  <dc:description>generated by python-docx</dc:description>
  <cp:lastModifiedBy>Ample</cp:lastModifiedBy>
  <cp:revision>1</cp:revision>
  <dcterms:created xsi:type="dcterms:W3CDTF">2013-12-23T23:15:00Z</dcterms:created>
  <dcterms:modified xsi:type="dcterms:W3CDTF">2013-12-23T23:15:00Z</dcterms:modified>
  <cp:category/>
</cp:coreProperties>
</file>